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sdt>
        <w:sdtPr>
          <w:alias w:val="Назив установе"/>
          <w:tag w:val="ustanova"/>
          <w:id w:val="1001"/>
          <w:showingPlcHdr/>
          <w:text/>
        </w:sdtPr>
        <w:sdtContent>
          <w:r>
            <w:rPr>
              <w:color w:val="808080"/>
              <w:u w:val="dotted"/>
            </w:rPr>
            <w:t xml:space="preserve">[Назив установе]</w:t>
          </w:r>
        </w:sdtContent>
      </w:sdt>
    </w:p>
    <w:p>
      <w:pPr>
        <w:spacing w:after="0"/>
      </w:pPr>
      <w:sdt>
        <w:sdtPr>
          <w:alias w:val="Адреса"/>
          <w:tag w:val="adresa"/>
          <w:id w:val="1002"/>
          <w:showingPlcHdr/>
          <w:text/>
        </w:sdtPr>
        <w:sdtContent>
          <w:r>
            <w:rPr>
              <w:color w:val="808080"/>
              <w:u w:val="dotted"/>
            </w:rPr>
            <w:t xml:space="preserve">[Адреса]</w:t>
          </w:r>
        </w:sdtContent>
      </w:sdt>
    </w:p>
    <w:p>
      <w:pPr>
        <w:spacing w:after="600"/>
      </w:pPr>
      <w:r>
        <w:rPr>
          <w:b w:val="0"/>
        </w:rPr>
        <w:t xml:space="preserve">Број: </w:t>
      </w:r>
      <w:sdt>
        <w:sdtPr>
          <w:alias w:val="број"/>
          <w:tag w:val="broj"/>
          <w:id w:val="1003"/>
          <w:showingPlcHdr/>
          <w:text/>
        </w:sdtPr>
        <w:sdtContent>
          <w:r>
            <w:rPr>
              <w:color w:val="808080"/>
              <w:u w:val="dotted"/>
            </w:rPr>
            <w:t xml:space="preserve">[број]</w:t>
          </w:r>
        </w:sdtContent>
      </w:sdt>
      <w:r>
        <w:rPr>
          <w:b w:val="0"/>
        </w:rPr>
        <w:t xml:space="preserve">    Датум: </w:t>
      </w:r>
      <w:sdt>
        <w:sdtPr>
          <w:alias w:val="датум"/>
          <w:tag w:val="datum"/>
          <w:id w:val="1004"/>
          <w:showingPlcHdr/>
          <w:text/>
        </w:sdtPr>
        <w:sdtContent>
          <w:r>
            <w:rPr>
              <w:color w:val="808080"/>
              <w:u w:val="dotted"/>
            </w:rPr>
            <w:t xml:space="preserve">[датум]</w:t>
          </w:r>
        </w:sdtContent>
      </w:sdt>
    </w:p>
    <w:p>
      <w:pPr>
        <w:spacing w:after="480"/>
        <w:jc w:val="center"/>
      </w:pPr>
      <w:r>
        <w:rPr>
          <w:b/>
        </w:rPr>
        <w:t>ОВЛАШЋЕЊЕ</w:t>
      </w:r>
    </w:p>
    <w:p>
      <w:pPr>
        <w:spacing w:after="240"/>
        <w:jc w:val="both"/>
      </w:pPr>
      <w:r>
        <w:rPr>
          <w:b w:val="0"/>
        </w:rPr>
        <w:t xml:space="preserve">Овлашћујем </w:t>
      </w:r>
      <w:sdt>
        <w:sdtPr>
          <w:alias w:val="име и презиме"/>
          <w:tag w:val="ime"/>
          <w:id w:val="1005"/>
          <w:showingPlcHdr/>
          <w:text/>
        </w:sdtPr>
        <w:sdtContent>
          <w:r>
            <w:rPr>
              <w:color w:val="808080"/>
              <w:u w:val="dotted"/>
            </w:rPr>
            <w:t xml:space="preserve">[име и презиме]</w:t>
          </w:r>
        </w:sdtContent>
      </w:sdt>
      <w:r>
        <w:rPr>
          <w:b w:val="0"/>
        </w:rPr>
        <w:t xml:space="preserve">, </w:t>
      </w:r>
      <w:sdt>
        <w:sdtPr>
          <w:alias w:val="радно место"/>
          <w:tag w:val="radno_mesto"/>
          <w:id w:val="1006"/>
          <w:showingPlcHdr/>
          <w:text/>
        </w:sdtPr>
        <w:sdtContent>
          <w:r>
            <w:rPr>
              <w:color w:val="808080"/>
              <w:u w:val="dotted"/>
            </w:rPr>
            <w:t xml:space="preserve">[радно место]</w:t>
          </w:r>
        </w:sdtContent>
      </w:sdt>
      <w:r>
        <w:rPr>
          <w:b w:val="0"/>
        </w:rPr>
        <w:t xml:space="preserve">, е-адреса </w:t>
      </w:r>
      <w:sdt>
        <w:sdtPr>
          <w:alias w:val="е-адреса"/>
          <w:tag w:val="email"/>
          <w:id w:val="1007"/>
          <w:showingPlcHdr/>
          <w:text/>
        </w:sdtPr>
        <w:sdtContent>
          <w:r>
            <w:rPr>
              <w:color w:val="808080"/>
              <w:u w:val="dotted"/>
            </w:rPr>
            <w:t xml:space="preserve">[е-адреса]</w:t>
          </w:r>
        </w:sdtContent>
      </w:sdt>
      <w:r>
        <w:rPr>
          <w:b w:val="0"/>
        </w:rPr>
        <w:t xml:space="preserve">, да у име </w:t>
      </w:r>
      <w:sdt>
        <w:sdtPr>
          <w:alias w:val="назив установе"/>
          <w:tag w:val="ustanova2"/>
          <w:id w:val="1008"/>
          <w:showingPlcHdr/>
          <w:text/>
        </w:sdtPr>
        <w:sdtContent>
          <w:r>
            <w:rPr>
              <w:color w:val="808080"/>
              <w:u w:val="dotted"/>
            </w:rPr>
            <w:t xml:space="preserve">[назив установе]</w:t>
          </w:r>
        </w:sdtContent>
      </w:sdt>
      <w:r>
        <w:rPr>
          <w:b w:val="0"/>
        </w:rPr>
        <w:t xml:space="preserve">, ПИБ </w:t>
      </w:r>
      <w:sdt>
        <w:sdtPr>
          <w:alias w:val="ПИБ"/>
          <w:tag w:val="pib"/>
          <w:id w:val="1009"/>
          <w:showingPlcHdr/>
          <w:text/>
        </w:sdtPr>
        <w:sdtContent>
          <w:r>
            <w:rPr>
              <w:color w:val="808080"/>
              <w:u w:val="dotted"/>
            </w:rPr>
            <w:t xml:space="preserve">[ПИБ]</w:t>
          </w:r>
        </w:sdtContent>
      </w:sdt>
      <w:r>
        <w:rPr>
          <w:b w:val="0"/>
        </w:rPr>
        <w:t xml:space="preserve">, матични број </w:t>
      </w:r>
      <w:sdt>
        <w:sdtPr>
          <w:alias w:val="матични број"/>
          <w:tag w:val="mb"/>
          <w:id w:val="1010"/>
          <w:showingPlcHdr/>
          <w:text/>
        </w:sdtPr>
        <w:sdtContent>
          <w:r>
            <w:rPr>
              <w:color w:val="808080"/>
              <w:u w:val="dotted"/>
            </w:rPr>
            <w:t xml:space="preserve">[матични број]</w:t>
          </w:r>
        </w:sdtContent>
      </w:sdt>
      <w:r>
        <w:rPr>
          <w:b w:val="0"/>
        </w:rPr>
        <w:t>, отвори и води профил установе на порталу ПРОГРАМОТЕКА (programoteka.rs) као администратор: да објављује програме установе, уноси извештаје и додаје и уклања кориснике профила.</w:t>
      </w:r>
    </w:p>
    <w:p>
      <w:pPr>
        <w:spacing w:after="960"/>
        <w:jc w:val="both"/>
      </w:pPr>
      <w:r>
        <w:rPr>
          <w:b w:val="0"/>
        </w:rPr>
        <w:t>Овлашћење важи до опозива. Установа ће оператеру портала без одлагања јавити ако овлашћење престане.</w:t>
      </w:r>
    </w:p>
    <w:p>
      <w:pPr>
        <w:spacing w:after="0"/>
      </w:pPr>
      <w:sdt>
        <w:sdtPr>
          <w:alias w:val="Функција законског заступника"/>
          <w:tag w:val="funkcija"/>
          <w:id w:val="1011"/>
          <w:showingPlcHdr/>
          <w:text/>
        </w:sdtPr>
        <w:sdtContent>
          <w:r>
            <w:rPr>
              <w:color w:val="808080"/>
              <w:u w:val="dotted"/>
            </w:rPr>
            <w:t xml:space="preserve">[Функција законског заступника]</w:t>
          </w:r>
        </w:sdtContent>
      </w:sdt>
    </w:p>
    <w:p>
      <w:pPr>
        <w:spacing w:after="720"/>
      </w:pPr>
      <w:sdt>
        <w:sdtPr>
          <w:alias w:val="Име и презиме"/>
          <w:tag w:val="zastupnik"/>
          <w:id w:val="1012"/>
          <w:showingPlcHdr/>
          <w:text/>
        </w:sdtPr>
        <w:sdtContent>
          <w:r>
            <w:rPr>
              <w:color w:val="808080"/>
              <w:u w:val="dotted"/>
            </w:rPr>
            <w:t xml:space="preserve">[Име и презиме]</w:t>
          </w:r>
        </w:sdtContent>
      </w:sdt>
    </w:p>
    <w:p>
      <w:pPr>
        <w:spacing w:after="0"/>
      </w:pPr>
      <w:r>
        <w:rPr>
          <w:b w:val="0"/>
        </w:rPr>
        <w:t>………………………………………… (потпис)                              М. П.</w:t>
      </w:r>
    </w:p>
    <w:sectPr w:rsidR="00FC693F" w:rsidRPr="0006063C" w:rsidSect="00034616">
      <w:pgSz w:w="11906" w:h="16838"/>
      <w:pgMar w:top="1247" w:right="1417" w:bottom="124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Овлашћење – ПРОГРАМОТЕКА</dc:title>
  <dc:subject/>
  <dc:creator>ПРОГРАМОТЕКА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